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2 : réclamation après un virement obtenu par un faux conseiller</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Vous avez validé vous-même un virement, par exemple dans l’application, à la demande d’une personne qui se présentait comme votre conseiller. Juridiquement, ce virement est une opération autorisée : son remboursement n’est pas automatique. La banque peut refuser en invoquant une négligence grave, qu’il lui revient de démontrer. La contestation passe par une réclamation écrite, puis le médiateur de la banque, puis éventuellement le juge. L’issue de ces litiges reste à vérifier, car la jurisprudence n’est pas figée. Ce modèle sert à poser les faits par écrit et à ouvrir la voie de la médiation.</w:t>
      </w:r>
    </w:p>
    <w:p>
      <w:r>
        <w:rPr>
          <w:b/>
        </w:rPr>
        <w:t xml:space="preserve">Pièces à joindre. </w:t>
      </w:r>
      <w:r>
        <w:t>Captures d’écran des échanges avec le faux conseiller (messages, courriels, numéro appelant). Copie du relevé montrant le virement. Copie du dépôt de plainte ou du récépissé. Copie de votre pièce d’identité.</w:t>
      </w:r>
    </w:p>
    <w:p>
      <w:r>
        <w:br w:type="page"/>
      </w:r>
    </w:p>
    <w:p>
      <w:r>
        <w:t>[Nom et prénom]</w:t>
      </w:r>
    </w:p>
    <w:p>
      <w:r>
        <w:t>[Adresse]</w:t>
      </w:r>
    </w:p>
    <w:p>
      <w:r>
        <w:t>[Téléphone]</w:t>
      </w:r>
    </w:p>
    <w:p>
      <w:r>
        <w:t>[Courriel]</w:t>
      </w:r>
    </w:p>
    <w:p>
      <w:r>
        <w:t>[Agence ou service réclamations de la banque]</w:t>
      </w:r>
    </w:p>
    <w:p>
      <w:r>
        <w:t>[Adresse]</w:t>
      </w:r>
    </w:p>
    <w:p>
      <w:pPr>
        <w:jc w:val="right"/>
      </w:pPr>
      <w:r>
        <w:t>À [ville], le [date]</w:t>
      </w:r>
    </w:p>
    <w:p>
      <w:r>
        <w:rPr>
          <w:b/>
        </w:rPr>
        <w:t>Objet : réclamation relative à un virement effectué sous manipulation, compte n° [numéro de compte]</w:t>
      </w:r>
    </w:p>
    <w:p>
      <w:r>
        <w:t>Madame, Monsieur,</w:t>
      </w:r>
    </w:p>
    <w:p>
      <w:r>
        <w:t>Le [date], j’ai effectué un virement de [montant] depuis mon compte n° [numéro de compte] vers le compte [IBAN du bénéficiaire]. Ce virement a été réalisé après que j’ai été contacté par une personne se présentant comme mon conseiller, qui m’a indiqué une opération urgente à réaliser. Je joins les échanges qui montrent cette mise en confiance.</w:t>
      </w:r>
    </w:p>
    <w:p>
      <w:r>
        <w:t>Je conteste les conditions dans lesquelles ce virement a été obtenu. Je vous demande de réexaminer ce dossier et de me rembourser le montant viré. Si vous entendez refuser, je vous demande de me préciser par écrit le motif invoqué et, le cas échéant, la négligence grave que vous me reprochez. Il vous appartient de la démontrer.</w:t>
      </w:r>
    </w:p>
    <w:p>
      <w:r>
        <w:t>Je joins à ce courrier les pièces suivantes : [liste des pièces].</w:t>
      </w:r>
    </w:p>
    <w:p>
      <w:r>
        <w:t>Sans réponse satisfaisante de votre part, je saisirai le médiateur de la banque. La médiation est gratuite.</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2</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